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JOSE ADÃO , brasileiro, inscrito no CPF sob o nº , residente e domiciliado em Cacoal/RO, vem, respeitosamente, à presença de Vossas Senhorias, solicitar a ANÁLISE E APROVAÇÃO do Cadastro Ambiental Rural — CAR referente ao imóvel rural denominado "LOTE 34-A, GLEBA 09, CASTRO ALVES, SETOR IPOCYSSARA, PROJETO FUNDIÁRIO CORUMBIARA", com área de 44.277 hectares, localizado no município de Cacoal/RO, inscrito sob o nº RO-1100049-762E.2697.3161.4622.8E77.22D5.EC66.53E9, CCIR nº 0010400663543, NIRF/ITR nº 6400173-3,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 xml:space="preserve">JOSE ADÃO 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