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34-A, GLEBA 09, CASTRO ALVES, SETOR IPOCYSSARA, PROJETO FUNDIÁRIO CORUMBIARA", cadastrado no SICAR/CAR sob o nº RO-1100049-762E.2697.3161.4622.8E77.22D5.EC66.53E9,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