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13-14 GLEBA 13 P.I.C. IPOCYSSARA - Miro Helio Jose",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