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76 (REM.) GLEBA 10 P.I.C. IPOCYSSARA - Lenicia Claudio",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