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ADRIANO MARIANO DE SOUZA, brasileiro, inscrito no CPF sob o nº 524.158.802-72, residente e domiciliado em Cacoal/Rondônia, vem, respeitosamente, à presença de Vossas Senhorias, solicitar a ANÁLISE E APROVAÇÃO do Cadastro Ambiental Rural — CAR referente ao imóvel rural denominado "LOTE 72, GLEBA 10, S.T. GY-PARANÁ, P.I.C. GY-PARANÁ", com área de 98.6753 hectares, localizado no município de Cacoal/Rondônia CCIR nº 80126678268,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ADRIANO MARIANO DE SOUZA</w:t>
      </w:r>
    </w:p>
    <w:p>
      <w:r>
        <w:t>CPF: 524.158.802-72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