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ADRIANO MARIANO DE SOUZA, inscrito no CPF sob o nº 524.158.802-72, proprietário do imóvel rural denominado "LOTE 72, GLEBA 10, S.T. GY-PARANÁ, P.I.C. GY-PARANÁ", com área de 98.6753 hectares,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ADRIANO MARIANO DE SOUZA</w:t>
      </w:r>
    </w:p>
    <w:p>
      <w:r>
        <w:t>CPF: 524.158.802-72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