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Lote 32-A-6 da Gleba 04, Setor Prosperidade,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DE GEORREFERENCIAMENTO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Etapa de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ITR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R$ 1.301,52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ESCRITURA E REGISTRO DE IMÓVEL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(25% s/ escritura)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R$ 16.491,24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R$ 17.792,76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R$ 17.792,76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15/06/2026.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