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ORC-2026-012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LT32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32-A-6 da Gleba 04, Setor Prosperidade, P.I.C.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LT32A6 (19.1336 ha / R$ 316,258.13)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R$ 316,258.13)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R$ 6.325,16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R$ 15.647,33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LT32A5 (4.0001 ha / R$ 66,117.41)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R$ 1.411,04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R$ 800,94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Honorários — Acompanhamento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  <w:tc>
          <w:tcPr>
            <w:tcW w:type="dxa" w:w="4677"/>
            <w:shd w:val="clear" w:color="auto" w:fill="FFF3E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R$ 66,117.41)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R$ 1.322,35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R$ 4.120,24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R$ 19.767,57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R$ 19.767,57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16/07/2026.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