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R$ 1.276,56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R$ 1.548,12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(0.0000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R$ 271,56 desta tabela é de responsabilidade exclusiva do imóvel remanescente (LT32A6),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LT32A6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(19.0000 ha / R$ 314,049.67)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R$ 314,049.67)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R$ 6.280,99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R$ 15.656,38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R$ 15.656,38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R$ 15.656,38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LT32A4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LT32A4 (4.0000 ha / R$ 66,115.72)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R$ 66,115.72)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R$ 4.173,42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R$ 4.173,42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R$ 4.173,42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R$ 21.649,49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R$ 1.276,56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R$ 1.548,12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COMPRA E VENDA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MATRÍCULA MÃE — AVERBAÇÃO E REGULARIZAÇÕES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+ REGULARIZAÇÕES MATRÍCULA MÃE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Georreferenciamento — Matrícula Mãe (0.0000 ha / R$ 0.00)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R$ 271,56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*A DESPESA DE AVERBAÇÃO NÃO FOI RATEADA — o valor de R$ 271,56 desta tabela é de responsabilidade exclusiva do imóvel remanescente (LT32A6), não sendo dividido entre os demais lotes desmembrados.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2: LT32A6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(19.0000 ha / R$ 314,049.67)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R$ 2.306,30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R$ 1.108,56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R$ 314,049.67)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R$ 6.280,99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R$ 13.398,75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R$ 13.398,75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R$ 13.398,75</w:t>
            </w:r>
          </w:p>
        </w:tc>
      </w:tr>
    </w:tbl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3: LT32A4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LT32A4 (4.0000 ha / R$ 66,115.72)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R$ 2.121,80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Averbação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R$ 934,40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Pos-Registro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R$ 66,115.72)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R$ 1.322,31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R$ 5.700,81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R$ 5.700,81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R$ 5.700,81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R$ 20.919,25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