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 LOTE 100-A-1, GLEBA 09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100-A-1, GLEBA 09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R$ 3.800,00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