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MÁRCIA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 GLEBA 09, SETOR LEITÃO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Presidente Medici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R$ 9.596,53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17/10/2026.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