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MÁRCIA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12 GLEBA 09, SETOR LEITÃO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Presidente Medici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R$ 2.364,97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R$ 2.636,53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20.00 ha × R$ 300/ha (mín. R$ 4000)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R$ 5.400,00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R$ 9.596,53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17/10/2026.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