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ORC-2026-018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ANSELMO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78, GLEBA 13, GLEBA CASTRO ALVES, SETOR ESPIGÃO D'OESTE DO PF-CORUMBIARA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AVERBAÇÃO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c/ Valor Declarado — Georreferenciamento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R$ 3.778,01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Final (Cód. 304d)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R$ 4.049,57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2.  DESM. DOAÇÃO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LT78A (13.3100 ha / R$ 130,722.57)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R$ 2.679,49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R$ 1.523,43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R$ 244,25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R$ 5.088,83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LT78B (4.8400 ha / R$ 47,535.48)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R$ 1.016,35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R$ 574,50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R$ 244,25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R$ 2.476,76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LT78C (4.0000 ha / R$ 39,285.52)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R$ 819,07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R$ 454,79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R$ 244,25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R$ 2.159,77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LT78D (4.8400 ha / R$ 47,535.48)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R$ 1.016,35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R$ 574,50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R$ 244,25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R$ 2.476,76</w:t>
            </w:r>
          </w:p>
        </w:tc>
      </w:tr>
    </w:tbl>
    <w:p>
      <w:pPr>
        <w:spacing w:before="40" w:after="80"/>
        <w:jc w:val="right"/>
      </w:pPr>
      <w:r>
        <w:rPr>
          <w:rFonts w:ascii="Arial" w:hAnsi="Arial"/>
          <w:b/>
          <w:color w:val="2E5B42"/>
          <w:sz w:val="20"/>
        </w:rPr>
        <w:t>TOTAL DESM. DOAÇÃO:   R$ 12.202,12</w:t>
      </w: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3.  GEORREFERENCIAMENTO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13.78 ha × R$ 400/ha (mín. R$ 3800) × 0.90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R$ 4.961,27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Documentação pendente (CCIR/ITR/certificados)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Estaqueamento de divisas (0.00 km × R$ 1.600)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Notificação de confrontantes (×0 × R$ 180)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R$ 5.161,27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4.  REGULARIZAÇÕES COMPLEMENTARES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CCIR (Certificado de Cadastro de Imóvel Rural)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R$ 350,00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ITR (Imposto Territorial Rural)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Elaboração/Retificação CAR (Cadastro Ambiental Rural)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R$ 600,00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R$ 1.360,00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R$ 22.772,96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18/07/2026.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