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ANSELMO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78, GLEBA 13, GLEBA CASTRO ALVES, SETOR ESPIGÃO D'OESTE DO PF-CORUMBIARA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R$ 4.049,57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DOAÇÃO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LT78A (13.3100 ha / R$ 130,722.57)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R$ 5.088,83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LT78B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R$ 2.476,76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LT78C (4.0000 ha / R$ 39,285.52)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R$ 2.159,77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LT78D (4.8400 ha / R$ 47,535.48)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Doação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Declaração ITCMD — SEFIN-RO (R$ 300 × 1 donatário(s))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ITCMD — Imposto sobre Doação (Lei RO 959/2000) [ISENTO]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R$ 2.476,76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DOAÇÃO:   R$ 12.202,12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13.78 ha × R$ 400/ha (mín. R$ 3800)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R$ 5.161,27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4.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R$ 22.772,96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18/07/2026.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