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GELSON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03A GLEBA 11 GY-PARANA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LT03A1 (4.0000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R$ 5.601,02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R$ 10.761,02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