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ORC-2026-020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DR CELSO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 xml:space="preserve">Regularização Fundiária — Lote 19F Gleba 11, Setor Gy-Paraná, 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DOAÇÃO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1 (0.0000 ha / R$ 0.00)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R$ 885,91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R$ 885,91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