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ORC-2026-023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Diniz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Lote 50b gleba 10 IPO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AVERBAÇÃO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R$ 271,56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10.00 ha × R$ 400/ha (mín. R$ 3800) × 1.00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R$ 4.000,00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R$ 4.200,00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R$ 1.420,00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R$ 5.891,56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22/07/2026.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