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ORC-2026-025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JONAS PEDRO DE OLIVEIRA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Rural nº 248 (duzentos e quarenta e oito), Gleba 24 (vinte e quatro), setor 14 de Abril, Gleba Castro Alves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47.83 ha × R$ 200/ha (mín. R$ 4500) × 1.00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R$ 9.566,04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R$ 9.766,04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R$ 9.766,04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