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JOSÉ DINARTE DA SILVA DO NASCIMENTO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32-A (trinta e dois, letra "A"), GLEBA 04 (quatro),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R$ 1.360,00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