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MARIA HELENA TEIXEIRA BRUNES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18F (dezoito, letra "F"), GLEBA 05 (cinco),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R$ 1.360,00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