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ORC-2026-029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ANSELMO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78, GLEBA 13, GLEBA CASTRO ALVES, SETOR ESPIGÃO D'OESTE DO PF-CORUMBIARA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Espigao d'Oeste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DOACAO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+ REGULARIZAÇÕES MATRÍCULA MÃE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Georreferenciamento — Matrícula Mãe (0.0000 ha / R$ 0.00)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⚖️ Rateado proporcionalmente entre 1 lotes (0.0000 ha total)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R$ 271,56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1 (0.0000 ha / R$ 0.00)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R$ 885,91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DOACAO:   R$ 1.157,47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R$ 1.157,47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