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ORC-2026-030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ANSELMO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78, GLEBA 13, GLEBA CASTRO ALVES, SETOR ESPIGÃO D'OESTE DO PF-CORUMBIARA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LT78A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LT78A (13.3100 ha / R$ 130,722.57)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R$ 2.679,49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R$ 1.523,43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R$ 2.614,45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R$ 7.159,03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R$ 7.159,03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R$ 7.159,03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LT78B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LT78B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R$ 1.016,35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R$ 950,71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R$ 2.883,22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R$ 2.883,22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R$ 2.883,22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LT78C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LT78C (4.0000 ha / R$ 39,285.52)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R$ 819,07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R$ 454,79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R$ 785,71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R$ 2.401,23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R$ 2.401,23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R$ 2.401,23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LT78D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LT78D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R$ 1.016,35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R$ 950,71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R$ 2.883,22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R$ 2.883,22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R$ 2.883,22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R$ 15.326,70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LT78A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LT78A (13.3100 ha / R$ 130,722.57)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R$ 1.523,43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R$ 2.614,45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R$ 7.425,30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R$ 7.425,30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R$ 7.425,30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LT78B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LT78B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R$ 950,71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R$ 4.812,63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R$ 4.812,63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R$ 4.812,63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LT78C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LT78C (4.0000 ha / R$ 39,285.52)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R$ 454,79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R$ 785,71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R$ 4.527,92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R$ 4.527,92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R$ 4.527,92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LT78D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LT78D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R$ 950,71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R$ 4.812,63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R$ 4.812,63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R$ 4.812,63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R$ 21.578,48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02/08/2026.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