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R$ 4.544,58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R$ 4.544,58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R$ 4.544,58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R$ 1.932,51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R$ 1.615,52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R$ 1.615,52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R$ 1.615,52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R$ 1.932,51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R$ 10.025,12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R$ 4.810,85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R$ 4.810,85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R$ 4.810,85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R$ 3.861,92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R$ 3.742,21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R$ 3.742,21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R$ 3.742,21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R$ 3.861,92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R$ 16.276,90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