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ORC-2026-031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ANSELMO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78, GLEBA 13, GLEBA CASTRO ALVES, SETOR ESPIGÃO D'OESTE DO PF-CORUMBIARA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LT78A (13.3100 ha / R$ 130,722.57)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R$ 2.679,49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R$ 1.523,43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R$ 4.788,83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LT78B (4.8400 ha / R$ 47,535.48)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R$ 1.016,35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R$ 574,50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R$ 2.176,76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LT78C (4.0000 ha / R$ 39,285.52)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R$ 819,07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R$ 454,79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R$ 1.859,77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LT78D (4.8400 ha / R$ 47,535.48)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R$ 1.016,35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R$ 574,50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R$ 2.176,76</w:t>
            </w:r>
          </w:p>
        </w:tc>
      </w:tr>
    </w:tbl>
    <w:p>
      <w:pPr>
        <w:spacing w:before="40" w:after="80"/>
        <w:jc w:val="right"/>
      </w:pPr>
      <w:r>
        <w:rPr>
          <w:rFonts w:ascii="Arial" w:hAnsi="Arial"/>
          <w:b/>
          <w:color w:val="2E5B42"/>
          <w:sz w:val="20"/>
        </w:rPr>
        <w:t>TOTAL DESM. DOACAO:   R$ 11.002,12</w:t>
      </w: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R$ 11.002,12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