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ORC-2026-033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FAUSTINO ANTÔNIO VILAS BOAS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09, GLEBA 08, S.T. IPOCYSSARA, P.F. CORUMBIARA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Ouro Preto do Oeste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(Certificado de Cadastro de Imóvel Rural)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R$ 350,00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(Imposto Territorial Rural)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R$ 350,00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Elaboração/Retificação CAR (Cadastro Ambiental Rural)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R$ 1.300,00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R$ 1.300,00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20/07/2026.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