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FAUSTINO ANTÔNIO VILAS BOAS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09, GLEBA 08,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Ouro Preto do 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20/07/2026.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