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FAUSTINO ANTÔNIO VILAS BOAS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09, GLEBA 08, S.T. IPOCYSSARA, P.F. 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Ouro Preto do Oeste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99.96 ha × R$ 200/ha (mín. R$ 4500) × 1.00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R$ 3.000,00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R$ 3.000,00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