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99.96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R$ 19.992,00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R$ 20.192,00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R$ 20.192,00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99.96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R$ 19.992,00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R$ 20.192,00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R$ 20.192,00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