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RESUMIDA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ORC-2026-034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FAUSTINO ANTÔNIO VILAS BOAS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LOTE 09, GLEBA 08, S.T. IPOCYSSARA, P.F. CORUMBIARA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Ouro Preto do Oeste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GEORREFERENCIAMENTO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99.96 ha × R$ 200/ha (mín. R$ 4500) × 1.00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Documentação pendente (CCIR/ITR/certificados)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Estaqueamento de divisas (0.00 km × R$ 1.600)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Notificação de confrontantes (×0 × R$ 180)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R$ 3.000,00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DA PROPOSTA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R$ 3.000,00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30 dias.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