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MARIZA DA SILVA DOS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73, Gleba 10, S.T. IPOCYSSARA, P.I.C.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LT73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LT73 (64.4944 ha / R$ 633,424.01)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R$ 9.923,95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R$ 5.684,85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3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R$ 16.794,71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R$ 16.794,71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R$ 16.794,71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R$ 16.794,71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23/07/2026.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