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ORC-2026-003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JOAO DA SILVA SANTOS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SITIO SAO JOSE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DESM.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DE GEORREFERENCIAMENTO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R$ 81,66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R$ 343,27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Etapa de Averbação (Cód. 304d)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ITR (Cód. 303b)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R$ 74,38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R$ 689,21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ESCRITURA E REGISTRO DE IMÓVEL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R$ 1.411,04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R$ 800,94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R$ 41,14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R$ 1.200,00</w:t>
            </w:r>
          </w:p>
        </w:tc>
      </w:tr>
      <w:tr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 (25% s/ escritura)</w:t>
            </w:r>
          </w:p>
        </w:tc>
        <w:tc>
          <w:tcPr>
            <w:tcW w:type="dxa" w:w="4677"/>
            <w:shd w:val="clear" w:color="auto" w:fill="FFF3E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R$ 352,76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R$ 3.805,88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COMPRA E VENDA:   R$ 4.495,09</w:t>
      </w: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base (área 10.00 ha × R$ 400/ha, mín. R$ 3800)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R$ 4.000,00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Valor ajustado do serviço técnico (base × 3.00)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R$ 12.000,00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(2.00 km × R$ 1.600)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R$ 3.200,00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R$ 19.400,00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3.  REGULARIZAÇÕES COMPLEMENTARES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CCIR — Honorários R$ 350 + Taxa INCRA R$ 0.00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R$ 350,00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ITR — Honorários R$ 350 + Decl. R$ 60 + Taxa R$ 0.00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R$ 410,00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— Elaboração R$ 600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R$ 600,00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CAR — Retificação R$ 400 [NÃO INCLUÍDO]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R$ 1.360,00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R$ 21.255,09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09/06/2026.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