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MARIZA DA SILVA DOS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73, Gleba 10, S.T. IPOCYSSARA, P.I.C.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1 (0.0000 ha / R$ 0.00)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R$ 585,91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R$ 585,91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R$ 585,91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R$ 585,91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