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ORC-2026-036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MARIZA DA SILVA DOS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— Lote 73, Gleba 10, S.T. IPOCYSSARA, P.I.C.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LOTE 1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1 (0.0000 ha / R$ 0.00)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Uso e Desfruto (Cód. 205b) — base 1/3 do VTI (R$ 0.00)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de Uso e Desfruto — RI (Cód. 302a)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R$ 585,91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R$ 585,91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R$ 585,91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R$ 585,91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