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MARIZA DA SILVA DOS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73, Gleba 10, S.T. IPOCYSSARA, P.I.C.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(R$ 0.00)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R$ 341,66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R$ 341,66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R$ 341,66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R$ 341,66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(R$ 0.00)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R$ 3.287,42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R$ 3.287,42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R$ 3.287,42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R$ 3.287,42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