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07-A-2 GLEBA 12 P.I.C. IPOCYSSARA - 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07-A-2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07-A-2 (14.3642 ha / R$ 141,076.27)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R$ 2.989,55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R$ 1.699,99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07-A-1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07-A-1 (14.3623 ha / R$ 141,057.61)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R$ 2.989,55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R$ 1.699,99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LOTE 07-A REM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 REM (14.3514 ha / R$ 140,950.55)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R$ 2.989,55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R$ 1.699,99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R$ 15.093,60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