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MANOEL RIBAS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12, GLEBA 09, S.T. LEITÃO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integral da quadra com equipamento GNSS/Estação Total,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