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ORC-2026-047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 xml:space="preserve">FABIO 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LT GL  FABRICIO CORRETOR 69 99219-0170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2E5B42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1ª OPÇÃO — ESCRITURA LAVRADA EM RONDÔNIA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COMPRA E VENDA</w:t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1: MATRÍCULA MÃE — AVERBAÇÃO E REGULARIZAÇÕES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ETAPA 1 — AVERBAÇÃO + REGULARIZAÇÕES MATRÍCULA MÃE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Georreferenciamento — Matrícula Mãe (101.6400 ha / R$ 1,679,999.43)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R$ 3.199,12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1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R$ 3.470,68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R$ 3.470,68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R$ 3.470,68</w:t>
            </w:r>
          </w:p>
        </w:tc>
      </w:tr>
      <w:tr>
        <w:tc>
          <w:tcPr>
            <w:tcW w:type="dxa" w:w="9354"/>
            <w:gridSpan w:val="2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*A DESPESA DE AVERBAÇÃO FOI RATEADA PROPORCIONALMENTE PARA CADA DESMEMBRAMENTO — ou seja, o valor de R$ 3.470,68 desta tabela foi dividido proporcionalmente à área de cada lote e lançado na tabela de cada imóvel desmembrado como 'Rateio Matrícula Mãe'.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2: LOTE A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A (4.0656 ha / R$ 67,199.98)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R$ 1.411,04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R$ 325,91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R$ 1.344,00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R$ 4.195,11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A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A (retificação R$ 350,00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A (retificação R$ 350,00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A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A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R$ 9.195,11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R$ 9.195,11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3: LOTE B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B (4.0656 ha / R$ 67,199.98)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R$ 1.411,04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R$ 325,91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R$ 1.344,00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R$ 4.195,11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B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B (retificação R$ 350,00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B (retificação R$ 350,00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B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B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R$ 9.195,11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R$ 9.195,11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4: LOTE C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C (4.0656 ha / R$ 67,199.98)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R$ 1.411,04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R$ 325,91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R$ 1.344,00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R$ 4.195,11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C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C (retificação R$ 350,00 + taxa R$0.01)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R$ 350,01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C (retificação R$ 350,00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C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R$ 1.300,01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C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R$ 9.195,12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R$ 9.195,12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5: LOTE D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D (4.0656 ha / R$ 67,199.98)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R$ 1.411,04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R$ 325,91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R$ 1.344,00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R$ 4.195,11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D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D (retificação R$ 350,00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D (retificação R$ 350,00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D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D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R$ 9.195,11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R$ 9.195,11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6: LOTE E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E (4.0656 ha / R$ 67,199.98)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R$ 1.411,04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R$ 325,91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R$ 1.344,00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R$ 4.195,11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E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E (retificação R$ 350,00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E (retificação R$ 350,00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E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E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R$ 9.195,11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R$ 9.195,11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7: LOTE F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F (4.0656 ha / R$ 67,199.98)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R$ 1.411,04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R$ 325,91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R$ 1.344,00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R$ 4.195,11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F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F (retificação R$ 350,00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F (retificação R$ 350,00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F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F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R$ 9.195,11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R$ 9.195,11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8: LOTE G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G (4.0656 ha / R$ 67,199.98)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R$ 1.411,04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R$ 325,91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R$ 1.344,00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R$ 4.195,11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G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G (retificação R$ 350,00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G (retificação R$ 350,00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G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G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R$ 9.195,11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R$ 9.195,11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9: LOTE H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H (4.0656 ha / R$ 67,199.98)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R$ 1.411,04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R$ 325,91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R$ 1.344,00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R$ 4.195,11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H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H (retificação R$ 350,00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H (retificação R$ 350,00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H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H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R$ 9.195,11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R$ 9.195,11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10: LOTE I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I (4.0656 ha / R$ 67,199.98)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R$ 1.411,04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R$ 325,91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R$ 1.344,00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R$ 4.195,11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I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I (retificação R$ 350,00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I (retificação R$ 350,00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I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I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R$ 9.195,11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R$ 9.195,11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11: LOTE J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J (4.0656 ha / R$ 67,199.98)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R$ 1.411,04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R$ 325,91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R$ 1.344,00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R$ 4.195,11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J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J (retificação R$ 350,00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J (retificação R$ 350,00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J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J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R$ 9.195,11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R$ 9.195,11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12: LOTE L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L (4.0656 ha / R$ 67,199.98)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R$ 1.411,04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R$ 325,91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R$ 1.344,00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R$ 4.195,11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L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L (retificação R$ 350,00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L (retificação R$ 350,00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L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L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R$ 9.195,11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R$ 9.195,11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13: LOTE M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M (4.0656 ha / R$ 67,199.98)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R$ 1.411,04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R$ 325,91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R$ 1.344,00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R$ 4.195,11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M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M (retificação R$ 350,00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M (retificação R$ 350,00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R$ 700,00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M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R$ 8.595,11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R$ 8.595,11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14: LOTE N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N (4.0656 ha / R$ 67,199.98)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R$ 1.411,04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R$ 325,91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R$ 1.344,00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R$ 4.195,11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N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N (retificação R$ 350,00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N (retificação R$ 350,00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N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N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R$ 9.195,11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R$ 9.195,11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15: LOTE O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O (4.0656 ha / R$ 67,199.98)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R$ 1.411,04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R$ 325,91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R$ 1.344,00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R$ 4.195,11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O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O (retificação R$ 350,00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O (retificação R$ 350,00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O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O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R$ 9.195,11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R$ 9.195,11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16: LOTE P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P (4.0656 ha / R$ 67,199.98)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R$ 1.411,04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R$ 325,91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R$ 1.344,00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R$ 4.195,11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P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P (retificação R$ 350,00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P (retificação R$ 350,00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P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P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R$ 9.195,11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R$ 9.195,11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17: LOTE Q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Q (4.0656 ha / R$ 67,199.98)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R$ 1.411,04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R$ 325,91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R$ 1.344,00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R$ 4.195,11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Q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Q (retificação R$ 350,00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Q (retificação R$ 350,00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Q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Q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R$ 9.195,11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R$ 9.195,11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18: LOTE R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R (4.0656 ha / R$ 67,199.98)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R$ 1.411,04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R$ 325,91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R$ 1.344,00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R$ 4.195,11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R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R (retificação R$ 350,00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R (retificação R$ 350,00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R$ 700,00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R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R$ 8.595,11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R$ 8.595,11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19: LOTE S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S (4.0656 ha / R$ 67,199.98)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R$ 1.411,04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R$ 325,91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R$ 1.344,00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R$ 4.195,11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S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S (retificação R$ 350,00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S (retificação R$ 350,00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S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S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R$ 9.195,11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R$ 9.195,11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20: LOTE T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T (4.0656 ha / R$ 67,199.98)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R$ 1.411,04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R$ 325,91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R$ 1.344,00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R$ 4.195,11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T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T (retificação R$ 350,00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T (retificação R$ 350,00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T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T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R$ 9.195,11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R$ 9.195,11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21: LOTE U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U (4.0656 ha / R$ 67,199.98)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R$ 1.411,04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R$ 325,91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R$ 1.344,00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R$ 4.195,11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U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U (retificação R$ 350,00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U (retificação R$ 350,00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U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U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R$ 9.195,11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R$ 9.195,11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22: LOTE V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V (4.0656 ha / R$ 67,199.98)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R$ 1.411,04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R$ 325,91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R$ 1.344,00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R$ 4.195,11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V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V (retificação R$ 350,00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V (retificação R$ 350,00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V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V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R$ 9.195,11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R$ 9.195,11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23: LOTE X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X (4.0656 ha / R$ 67,199.98)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R$ 1.411,04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R$ 325,91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R$ 1.344,00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R$ 4.195,11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X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X (retificação R$ 350,00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X (retificação R$ 350,00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X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X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R$ 9.195,11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R$ 9.195,11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24: LOTE Z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Z (4.0656 ha / R$ 67,199.98)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R$ 1.411,04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R$ 325,91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R$ 1.344,00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R$ 4.195,11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Z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Z (retificação R$ 350,00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Z (retificação R$ 350,00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Z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Z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R$ 9.195,11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R$ 9.195,11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25: LOTE W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W (4.0656 ha / R$ 67,199.98)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R$ 1.411,04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R$ 325,91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R$ 1.344,00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R$ 4.195,11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W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W (retificação R$ 350,00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W (retificação R$ 350,00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W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W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R$ 9.195,11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R$ 9.195,11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26: LOTE Y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Y (4.0656 ha / R$ 67,199.98)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R$ 1.411,04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R$ 325,91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R$ 1.344,00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R$ 4.195,11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Y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Y (retificação R$ 350,00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Y (retificação R$ 350,00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Y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Y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R$ 9.195,11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R$ 9.195,11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1ª OPÇÃO — ESCRITURA LAVRADA EM RONDÔNIA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R$ 232.148,43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2ª OPÇÃO — ESCRITURA COM PROCURAÇÃO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COMPRA E VENDA</w:t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1: MATRÍCULA MÃE — AVERBAÇÃO E REGULARIZAÇÕES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ETAPA 1 — AVERBAÇÃO + REGULARIZAÇÕES MATRÍCULA MÃE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Georreferenciamento — Matrícula Mãe (101.6400 ha / R$ 1,679,999.43)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R$ 3.199,12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1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R$ 3.470,68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R$ 3.470,68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R$ 3.470,68</w:t>
            </w:r>
          </w:p>
        </w:tc>
      </w:tr>
      <w:tr>
        <w:tc>
          <w:tcPr>
            <w:tcW w:type="dxa" w:w="9354"/>
            <w:gridSpan w:val="2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*A DESPESA DE AVERBAÇÃO FOI RATEADA PROPORCIONALMENTE PARA CADA DESMEMBRAMENTO — ou seja, o valor de R$ 3.470,68 desta tabela foi dividido proporcionalmente à área de cada lote e lançado na tabela de cada imóvel desmembrado como 'Rateio Matrícula Mãe'.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2: LOTE A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A (4.0656 ha / R$ 67,199.98)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(lavratura por procuração)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R$ 2.121,80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R$ 934,40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R$ 1.344,00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R$ 5.722,50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A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A (retificação R$ 350,00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A (retificação R$ 350,00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A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A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R$ 10.722,50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R$ 10.722,50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3: LOTE B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B (4.0656 ha / R$ 67,199.98)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(lavratura por procuração)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R$ 2.121,80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R$ 934,40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R$ 1.344,00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R$ 5.722,50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B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B (retificação R$ 350,00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B (retificação R$ 350,00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B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B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R$ 10.722,50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R$ 10.722,50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4: LOTE C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C (4.0656 ha / R$ 67,199.98)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(lavratura por procuração)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R$ 2.121,80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R$ 934,40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R$ 1.344,00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R$ 5.722,50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C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C (retificação R$ 350,00 + taxa R$0.01)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R$ 350,01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C (retificação R$ 350,00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C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R$ 1.300,01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C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R$ 10.722,51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R$ 10.722,51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5: LOTE D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D (4.0656 ha / R$ 67,199.98)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(lavratura por procuração)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R$ 2.121,80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R$ 934,40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R$ 1.344,00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R$ 5.722,50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D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D (retificação R$ 350,00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D (retificação R$ 350,00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D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D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R$ 10.722,50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R$ 10.722,50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6: LOTE E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E (4.0656 ha / R$ 67,199.98)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(lavratura por procuração)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R$ 2.121,80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R$ 934,40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R$ 1.344,00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R$ 5.722,50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E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E (retificação R$ 350,00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E (retificação R$ 350,00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E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E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R$ 10.722,50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R$ 10.722,50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7: LOTE F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F (4.0656 ha / R$ 67,199.98)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(lavratura por procuração)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R$ 2.121,80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R$ 934,40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R$ 1.344,00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R$ 5.722,50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F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F (retificação R$ 350,00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F (retificação R$ 350,00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F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F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R$ 10.722,50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R$ 10.722,50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8: LOTE G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G (4.0656 ha / R$ 67,199.98)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(lavratura por procuração)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R$ 2.121,80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R$ 934,40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R$ 1.344,00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R$ 5.722,50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G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G (retificação R$ 350,00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G (retificação R$ 350,00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G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G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R$ 10.722,50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R$ 10.722,50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9: LOTE H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H (4.0656 ha / R$ 67,199.98)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(lavratura por procuração)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R$ 2.121,80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R$ 934,40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R$ 1.344,00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R$ 5.722,50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H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H (retificação R$ 350,00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H (retificação R$ 350,00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H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H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R$ 10.722,50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R$ 10.722,50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10: LOTE I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I (4.0656 ha / R$ 67,199.98)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(lavratura por procuração)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R$ 2.121,80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R$ 934,40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R$ 1.344,00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R$ 5.722,50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I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I (retificação R$ 350,00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I (retificação R$ 350,00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I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I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R$ 10.722,50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R$ 10.722,50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11: LOTE J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J (4.0656 ha / R$ 67,199.98)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(lavratura por procuração)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R$ 2.121,80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R$ 934,40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R$ 1.344,00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R$ 5.722,50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J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J (retificação R$ 350,00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J (retificação R$ 350,00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J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J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R$ 10.722,50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R$ 10.722,50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12: LOTE L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L (4.0656 ha / R$ 67,199.98)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(lavratura por procuração)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R$ 2.121,80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R$ 934,40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R$ 1.344,00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R$ 5.722,50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L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L (retificação R$ 350,00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L (retificação R$ 350,00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L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L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R$ 10.722,50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R$ 10.722,50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13: LOTE M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M (4.0656 ha / R$ 67,199.98)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(lavratura por procuração)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R$ 2.121,80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R$ 934,40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R$ 1.344,00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R$ 5.722,50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M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M (retificação R$ 350,00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M (retificação R$ 350,00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R$ 700,00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M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R$ 10.122,50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R$ 10.122,50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14: LOTE N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N (4.0656 ha / R$ 67,199.98)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(lavratura por procuração)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R$ 2.121,80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R$ 934,40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R$ 1.344,00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R$ 5.722,50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N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N (retificação R$ 350,00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N (retificação R$ 350,00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N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N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R$ 10.722,50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R$ 10.722,50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15: LOTE O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O (4.0656 ha / R$ 67,199.98)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(lavratura por procuração)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R$ 2.121,80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R$ 934,40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R$ 1.344,00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R$ 5.722,50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O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O (retificação R$ 350,00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O (retificação R$ 350,00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O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O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R$ 10.722,50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R$ 10.722,50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16: LOTE P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P (4.0656 ha / R$ 67,199.98)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(lavratura por procuração)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R$ 2.121,80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R$ 934,40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R$ 1.344,00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R$ 5.722,50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P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P (retificação R$ 350,00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P (retificação R$ 350,00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P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P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R$ 10.722,50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R$ 10.722,50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17: LOTE Q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Q (4.0656 ha / R$ 67,199.98)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(lavratura por procuração)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R$ 2.121,80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R$ 934,40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R$ 1.344,00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R$ 5.722,50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Q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Q (retificação R$ 350,00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Q (retificação R$ 350,00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Q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Q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R$ 10.722,50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R$ 10.722,50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18: LOTE R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R (4.0656 ha / R$ 67,199.98)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(lavratura por procuração)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R$ 2.121,80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R$ 934,40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R$ 1.344,00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R$ 5.722,50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R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R (retificação R$ 350,00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R (retificação R$ 350,00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R$ 700,00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R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R$ 10.122,50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R$ 10.122,50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19: LOTE S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S (4.0656 ha / R$ 67,199.98)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(lavratura por procuração)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R$ 2.121,80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R$ 934,40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R$ 1.344,00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R$ 5.722,50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S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S (retificação R$ 350,00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S (retificação R$ 350,00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S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S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R$ 10.722,50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R$ 10.722,50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20: LOTE T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T (4.0656 ha / R$ 67,199.98)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(lavratura por procuração)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R$ 2.121,80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R$ 934,40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R$ 1.344,00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R$ 5.722,50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T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T (retificação R$ 350,00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T (retificação R$ 350,00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T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T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R$ 10.722,50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R$ 10.722,50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21: LOTE U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U (4.0656 ha / R$ 67,199.98)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(lavratura por procuração)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R$ 2.121,80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R$ 934,40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R$ 1.344,00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R$ 5.722,50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U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U (retificação R$ 350,00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U (retificação R$ 350,00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U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U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R$ 10.722,50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R$ 10.722,50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22: LOTE V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V (4.0656 ha / R$ 67,199.98)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(lavratura por procuração)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R$ 2.121,80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R$ 934,40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R$ 1.344,00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R$ 5.722,50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V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V (retificação R$ 350,00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V (retificação R$ 350,00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V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V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R$ 10.722,50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R$ 10.722,50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23: LOTE X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X (4.0656 ha / R$ 67,199.98)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(lavratura por procuração)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R$ 2.121,80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R$ 934,40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R$ 1.344,00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R$ 5.722,50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X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X (retificação R$ 350,00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X (retificação R$ 350,00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X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X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R$ 10.722,50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R$ 10.722,50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24: LOTE Z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Z (4.0656 ha / R$ 67,199.98)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(lavratura por procuração)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R$ 2.121,80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R$ 934,40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R$ 1.344,00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R$ 5.722,50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Z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Z (retificação R$ 350,00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Z (retificação R$ 350,00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Z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Z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R$ 10.722,50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R$ 10.722,50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25: LOTE W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W (4.0656 ha / R$ 67,199.98)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(lavratura por procuração)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R$ 2.121,80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R$ 934,40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R$ 1.344,00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R$ 5.722,50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W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W (retificação R$ 350,00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W (retificação R$ 350,00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W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W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R$ 10.722,50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R$ 10.722,50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26: LOTE Y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Y (4.0656 ha / R$ 67,199.98)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(lavratura por procuração)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R$ 2.121,80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R$ 934,40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R$ 67,199.98)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R$ 1.344,00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R$ 5.722,50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Y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Y (retificação R$ 350,00 + taxa R$0.00)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Y (retificação R$ 350,00 + decl./taxa R$0.00)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Y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Y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4.0656 ha × R$ 500/ha (mín. R$ 3500)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R$ 10.722,50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R$ 10.722,50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2ª OPÇÃO — ESCRITURA COM PROCURAÇÃO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R$ 270.333,18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até 05/09/2026.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