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80"/>
      </w:pPr>
    </w:p>
    <w:p>
      <w:pPr>
        <w:spacing w:before="0" w:after="40"/>
        <w:jc w:val="center"/>
      </w:pPr>
      <w:r>
        <w:rPr>
          <w:rFonts w:ascii="Times New Roman" w:hAnsi="Times New Roman"/>
          <w:b/>
          <w:color w:val="2E5B42"/>
          <w:sz w:val="30"/>
        </w:rPr>
        <w:t>PROPOSTA COMERCIAL DE SERVICOS TOPOGRAFICOS</w:t>
      </w:r>
    </w:p>
    <w:p>
      <w:pPr>
        <w:spacing w:after="40"/>
        <w:jc w:val="center"/>
      </w:pPr>
      <w:r>
        <w:rPr>
          <w:rFonts w:ascii="Arial" w:hAnsi="Arial"/>
          <w:color w:val="F58220"/>
          <w:sz w:val="20"/>
        </w:rPr>
        <w:t>Regularizacao Fundiaria Rural - Rondonia</w:t>
      </w:r>
    </w:p>
    <w:p>
      <w:pPr>
        <w:spacing w:after="120"/>
        <w:jc w:val="center"/>
      </w:pPr>
      <w:r>
        <w:rPr>
          <w:rFonts w:ascii="Arial" w:hAnsi="Arial"/>
          <w:color w:val="888888"/>
          <w:sz w:val="16"/>
        </w:rPr>
        <w:t>PROPOSTA DETALHADA</w:t>
      </w:r>
    </w:p>
    <w:p>
      <w:pPr>
        <w:spacing w:before="0" w:after="0"/>
        <w:pBdr>
          <w:bottom w:val="single" w:sz="8" w:color="F58220"/>
        </w:pBdr>
      </w:pPr>
    </w:p>
    <w:p>
      <w:pPr>
        <w:spacing w:before="120" w:after="40"/>
      </w:pPr>
      <w:r>
        <w:rPr>
          <w:rFonts w:ascii="Arial" w:hAnsi="Arial"/>
          <w:b/>
          <w:color w:val="2E5B42"/>
          <w:sz w:val="20"/>
        </w:rPr>
        <w:t>IDENTIFICACAO DA PROPOSTA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268"/>
        <w:gridCol w:w="7087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N Proposta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ORC-2026-047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Cliente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 xml:space="preserve">FABIO 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Imovel / Ref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Regularização Fundiária — LT GL  FABRICIO CORRETOR 69 99219-0170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Municipio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Cacoal</w:t>
            </w:r>
          </w:p>
        </w:tc>
      </w:tr>
    </w:tbl>
    <w:p>
      <w:pPr>
        <w:spacing w:before="200" w:after="40"/>
      </w:pPr>
      <w:r>
        <w:rPr>
          <w:rFonts w:ascii="Arial" w:hAnsi="Arial"/>
          <w:b/>
          <w:color w:val="2E5B42"/>
          <w:sz w:val="20"/>
        </w:rPr>
        <w:t>DESCRICAO DOS SERVICOS</w:t>
      </w:r>
    </w:p>
    <w:p>
      <w:pPr>
        <w:spacing w:before="0" w:after="0"/>
        <w:pBdr>
          <w:bottom w:val="single" w:sz="6" w:color="F58220"/>
        </w:pBdr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1.  DESM. COMPRA E VENDA</w:t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1: MATRÍCULA MÃE — AVERBAÇÃO E REGULARIZAÇÕES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ETAPA 1 — AVERBAÇÃO + REGULARIZAÇÕES MATRÍCULA MÃE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R$ 81,66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Georreferenciamento — Matrícula Mãe (101.6400 ha / R$ 1,679,999.43)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R$ 3.199,12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Averbação (Cód. 304d)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R$ 41,14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CCIR (Cód. 303b)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CAR (Cód. 303b)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1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R$ 3.470,68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R$ 3.470,68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R$ 3.470,68</w:t>
            </w:r>
          </w:p>
        </w:tc>
      </w:tr>
    </w:tbl>
    <w:p>
      <w:r>
        <w:br w:type="page"/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2: LOTE A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LOTE A (4.0656 ha / R$ 67,199.98)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Compra e Venda — Traslado incl. (Cód. 205b)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R$ 1.411,04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R$ 800,94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— de ofício (12ª Nota: sem cobrança)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R$ 81,66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Averbação (Cód. 304d)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R$ 41,14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Honorários — Acompanhamento Cartorário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R$ 300,00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CCIR (Cód. 303b)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CAR (Cód. 303b)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Pos-Registro (Cód. 304d)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R$ 41,66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ITBI — Imposto Municipal (2.0% s/ R$ 67,199.98)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R$ 1.344,00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R$ 4.169,20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REGULARIZAÇÕES — LOTE A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CCIR — LOTE A (serv. + taxa R$0.00)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ITR — LOTE A (serv. + decl./taxa R$0.00)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R$ 300,00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CAR Elaboração — LOTE A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R$ 500,00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REGULARIZAÇÕES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R$ 1.100,00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GEORREFERENCIAMENTO — LOTE A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Levantamento topográfico — 4.0656 ha × R$ 500/ha (mín. R$ 3500)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R$ 3.500,00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ARTs — Anotação de Responsabilidade Técnica (×1)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R$ 200,00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GEORREFERENCIAMENTO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R$ 3.700,00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R$ 8.969,20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R$ 8.969,20</w:t>
            </w:r>
          </w:p>
        </w:tc>
      </w:tr>
    </w:tbl>
    <w:p>
      <w:r>
        <w:br w:type="page"/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3: LOTE B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LOTE B (4.0656 ha / R$ 67,199.98)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Compra e Venda — Traslado incl. (Cód. 205b)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R$ 1.411,04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R$ 800,94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— de ofício (12ª Nota: sem cobrança)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R$ 81,66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Averbação (Cód. 304d)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R$ 41,14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Honorários — Acompanhamento Cartorário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R$ 300,00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CCIR (Cód. 303b)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CAR (Cód. 303b)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Pos-Registro (Cód. 304d)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R$ 41,66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ITBI — Imposto Municipal (2.0% s/ R$ 67,199.98)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R$ 1.344,00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R$ 4.169,20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REGULARIZAÇÕES — LOTE B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CCIR — LOTE B (serv. + taxa R$0.00)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ITR — LOTE B (serv. + decl./taxa R$0.00)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R$ 300,00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CAR Elaboração — LOTE B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R$ 500,00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REGULARIZAÇÕES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R$ 1.100,00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GEORREFERENCIAMENTO — LOTE B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Levantamento topográfico — 4.0656 ha × R$ 500/ha (mín. R$ 3500)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R$ 3.500,00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ARTs — Anotação de Responsabilidade Técnica (×1)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R$ 200,00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GEORREFERENCIAMENTO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R$ 3.700,00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R$ 8.969,20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R$ 8.969,20</w:t>
            </w:r>
          </w:p>
        </w:tc>
      </w:tr>
    </w:tbl>
    <w:p>
      <w:r>
        <w:br w:type="page"/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4: LOTE C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LOTE C (4.0656 ha / R$ 67,199.98)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Compra e Venda — Traslado incl. (Cód. 205b)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R$ 1.411,04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R$ 800,94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— de ofício (12ª Nota: sem cobrança)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R$ 81,66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Averbação (Cód. 304d)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R$ 41,14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Honorários — Acompanhamento Cartorário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R$ 300,00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CCIR (Cód. 303b)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CAR (Cód. 303b)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Pos-Registro (Cód. 304d)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R$ 41,66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ITBI — Imposto Municipal (2.0% s/ R$ 67,199.98)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R$ 1.344,00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R$ 4.169,20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REGULARIZAÇÕES — LOTE C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CCIR — LOTE C (serv. + taxa R$0.01)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R$ 300,01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ITR — LOTE C (serv. + decl./taxa R$0.00)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R$ 300,00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CAR Elaboração — LOTE C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R$ 500,00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REGULARIZAÇÕES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R$ 1.100,01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GEORREFERENCIAMENTO — LOTE C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Levantamento topográfico — 4.0656 ha × R$ 500/ha (mín. R$ 3500)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R$ 3.500,00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ARTs — Anotação de Responsabilidade Técnica (×1)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R$ 200,00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GEORREFERENCIAMENTO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R$ 3.700,00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R$ 8.969,21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R$ 8.969,21</w:t>
            </w:r>
          </w:p>
        </w:tc>
      </w:tr>
    </w:tbl>
    <w:p>
      <w:r>
        <w:br w:type="page"/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5: LOTE D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LOTE D (4.0656 ha / R$ 67,199.98)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Compra e Venda — Traslado incl. (Cód. 205b)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R$ 1.411,04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R$ 800,94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— de ofício (12ª Nota: sem cobrança)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R$ 81,66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Averbação (Cód. 304d)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R$ 41,14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Honorários — Acompanhamento Cartorário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R$ 300,00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CCIR (Cód. 303b)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CAR (Cód. 303b)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Pos-Registro (Cód. 304d)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R$ 41,66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ITBI — Imposto Municipal (2.0% s/ R$ 67,199.98)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R$ 1.344,00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R$ 4.169,20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REGULARIZAÇÕES — LOTE D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CCIR — LOTE D (serv. + taxa R$0.00)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ITR — LOTE D (serv. + decl./taxa R$0.00)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R$ 300,00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CAR Elaboração — LOTE D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R$ 500,00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REGULARIZAÇÕES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R$ 1.100,00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GEORREFERENCIAMENTO — LOTE D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Levantamento topográfico — 4.0656 ha × R$ 500/ha (mín. R$ 3500)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R$ 3.500,00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ARTs — Anotação de Responsabilidade Técnica (×1)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R$ 200,00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GEORREFERENCIAMENTO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R$ 3.700,00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R$ 8.969,20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R$ 8.969,20</w:t>
            </w:r>
          </w:p>
        </w:tc>
      </w:tr>
    </w:tbl>
    <w:p>
      <w:r>
        <w:br w:type="page"/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6: LOTE E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LOTE E (4.0656 ha / R$ 67,199.98)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Compra e Venda — Traslado incl. (Cód. 205b)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R$ 1.411,04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R$ 800,94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— de ofício (12ª Nota: sem cobrança)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R$ 81,66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Averbação (Cód. 304d)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R$ 41,14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Honorários — Acompanhamento Cartorário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R$ 300,00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CCIR (Cód. 303b)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CAR (Cód. 303b)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Pos-Registro (Cód. 304d)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R$ 41,66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ITBI — Imposto Municipal (2.0% s/ R$ 67,199.98)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R$ 1.344,00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R$ 4.169,20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REGULARIZAÇÕES — LOTE E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CCIR — LOTE E (serv. + taxa R$0.00)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ITR — LOTE E (serv. + decl./taxa R$0.00)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R$ 300,00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CAR Elaboração — LOTE E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R$ 500,00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REGULARIZAÇÕES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R$ 1.100,00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GEORREFERENCIAMENTO — LOTE E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Levantamento topográfico — 4.0656 ha × R$ 500/ha (mín. R$ 3500)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R$ 3.500,00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ARTs — Anotação de Responsabilidade Técnica (×1)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R$ 200,00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GEORREFERENCIAMENTO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R$ 3.700,00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R$ 8.969,20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R$ 8.969,20</w:t>
            </w:r>
          </w:p>
        </w:tc>
      </w:tr>
    </w:tbl>
    <w:p>
      <w:r>
        <w:br w:type="page"/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7: LOTE F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LOTE F (4.0656 ha / R$ 67,199.98)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Compra e Venda — Traslado incl. (Cód. 205b)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R$ 1.411,04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R$ 800,94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— de ofício (12ª Nota: sem cobrança)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R$ 81,66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Averbação (Cód. 304d)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R$ 41,14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Honorários — Acompanhamento Cartorário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R$ 300,00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CCIR (Cód. 303b)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CAR (Cód. 303b)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Pos-Registro (Cód. 304d)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R$ 41,66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ITBI — Imposto Municipal (2.0% s/ R$ 67,199.98)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R$ 1.344,00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R$ 4.169,20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REGULARIZAÇÕES — LOTE F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CCIR — LOTE F (serv. + taxa R$0.00)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ITR — LOTE F (serv. + decl./taxa R$0.00)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R$ 300,00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CAR Elaboração — LOTE F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R$ 500,00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REGULARIZAÇÕES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R$ 1.100,00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GEORREFERENCIAMENTO — LOTE F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Levantamento topográfico — 4.0656 ha × R$ 500/ha (mín. R$ 3500)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R$ 3.500,00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ARTs — Anotação de Responsabilidade Técnica (×1)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R$ 200,00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GEORREFERENCIAMENTO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R$ 3.700,00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R$ 8.969,20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R$ 8.969,20</w:t>
            </w:r>
          </w:p>
        </w:tc>
      </w:tr>
    </w:tbl>
    <w:p>
      <w:r>
        <w:br w:type="page"/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8: LOTE G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LOTE G (4.0656 ha / R$ 67,199.98)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Compra e Venda — Traslado incl. (Cód. 205b)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R$ 1.411,04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R$ 800,94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— de ofício (12ª Nota: sem cobrança)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R$ 81,66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Averbação (Cód. 304d)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R$ 41,14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Honorários — Acompanhamento Cartorário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R$ 300,00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CCIR (Cód. 303b)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CAR (Cód. 303b)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Pos-Registro (Cód. 304d)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R$ 41,66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ITBI — Imposto Municipal (2.0% s/ R$ 67,199.98)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R$ 1.344,00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R$ 4.169,20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REGULARIZAÇÕES — LOTE G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CCIR — LOTE G (serv. + taxa R$0.00)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ITR — LOTE G (serv. + decl./taxa R$0.00)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R$ 300,00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CAR Elaboração — LOTE G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R$ 500,00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REGULARIZAÇÕES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R$ 1.100,00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GEORREFERENCIAMENTO — LOTE G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Levantamento topográfico — 4.0656 ha × R$ 500/ha (mín. R$ 3500)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R$ 3.500,00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ARTs — Anotação de Responsabilidade Técnica (×1)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R$ 200,00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GEORREFERENCIAMENTO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R$ 3.700,00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R$ 8.969,20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R$ 8.969,20</w:t>
            </w:r>
          </w:p>
        </w:tc>
      </w:tr>
    </w:tbl>
    <w:p>
      <w:r>
        <w:br w:type="page"/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9: LOTE H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LOTE H (4.0656 ha / R$ 67,199.98)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Compra e Venda — Traslado incl. (Cód. 205b)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R$ 1.411,04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R$ 800,94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— de ofício (12ª Nota: sem cobrança)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R$ 81,66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Averbação (Cód. 304d)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R$ 41,14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Honorários — Acompanhamento Cartorário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R$ 300,00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CCIR (Cód. 303b)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CAR (Cód. 303b)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Pos-Registro (Cód. 304d)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R$ 41,66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ITBI — Imposto Municipal (2.0% s/ R$ 67,199.98)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R$ 1.344,00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R$ 4.169,20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REGULARIZAÇÕES — LOTE H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CCIR — LOTE H (serv. + taxa R$0.00)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ITR — LOTE H (serv. + decl./taxa R$0.00)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R$ 300,00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CAR Elaboração — LOTE H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R$ 500,00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REGULARIZAÇÕES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R$ 1.100,00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GEORREFERENCIAMENTO — LOTE H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Levantamento topográfico — 4.0656 ha × R$ 500/ha (mín. R$ 3500)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R$ 3.500,00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ARTs — Anotação de Responsabilidade Técnica (×1)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R$ 200,00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GEORREFERENCIAMENTO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R$ 3.700,00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R$ 8.969,20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R$ 8.969,20</w:t>
            </w:r>
          </w:p>
        </w:tc>
      </w:tr>
    </w:tbl>
    <w:p>
      <w:r>
        <w:br w:type="page"/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10: LOTE I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LOTE I (4.0656 ha / R$ 67,199.98)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Compra e Venda — Traslado incl. (Cód. 205b)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R$ 1.411,04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R$ 800,94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— de ofício (12ª Nota: sem cobrança)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R$ 81,66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Averbação (Cód. 304d)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R$ 41,14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Honorários — Acompanhamento Cartorário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R$ 300,00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CCIR (Cód. 303b)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CAR (Cód. 303b)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Pos-Registro (Cód. 304d)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R$ 41,66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ITBI — Imposto Municipal (2.0% s/ R$ 67,199.98)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R$ 1.344,00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R$ 4.169,20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REGULARIZAÇÕES — LOTE I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CCIR — LOTE I (serv. + taxa R$0.00)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ITR — LOTE I (serv. + decl./taxa R$0.00)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R$ 300,00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CAR Elaboração — LOTE I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R$ 500,00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REGULARIZAÇÕES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R$ 1.100,00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GEORREFERENCIAMENTO — LOTE I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Levantamento topográfico — 4.0656 ha × R$ 500/ha (mín. R$ 3500)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R$ 3.500,00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ARTs — Anotação de Responsabilidade Técnica (×1)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R$ 200,00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GEORREFERENCIAMENTO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R$ 3.700,00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R$ 8.969,20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R$ 8.969,20</w:t>
            </w:r>
          </w:p>
        </w:tc>
      </w:tr>
    </w:tbl>
    <w:p>
      <w:r>
        <w:br w:type="page"/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11: LOTE J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LOTE J (4.0656 ha / R$ 67,199.98)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Compra e Venda — Traslado incl. (Cód. 205b)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R$ 1.411,04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R$ 800,94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— de ofício (12ª Nota: sem cobrança)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R$ 81,66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Averbação (Cód. 304d)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R$ 41,14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Honorários — Acompanhamento Cartorário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R$ 300,00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CCIR (Cód. 303b)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CAR (Cód. 303b)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Pos-Registro (Cód. 304d)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R$ 41,66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ITBI — Imposto Municipal (2.0% s/ R$ 67,199.98)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R$ 1.344,00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R$ 4.169,20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REGULARIZAÇÕES — LOTE J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CCIR — LOTE J (serv. + taxa R$0.00)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ITR — LOTE J (serv. + decl./taxa R$0.00)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R$ 300,00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CAR Elaboração — LOTE J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R$ 500,00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REGULARIZAÇÕES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R$ 1.100,00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GEORREFERENCIAMENTO — LOTE J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Levantamento topográfico — 4.0656 ha × R$ 500/ha (mín. R$ 3500)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R$ 3.500,00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ARTs — Anotação de Responsabilidade Técnica (×1)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R$ 200,00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GEORREFERENCIAMENTO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R$ 3.700,00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R$ 8.969,20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R$ 8.969,20</w:t>
            </w:r>
          </w:p>
        </w:tc>
      </w:tr>
    </w:tbl>
    <w:p>
      <w:r>
        <w:br w:type="page"/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12: LOTE L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LOTE L (4.0656 ha / R$ 67,199.98)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Compra e Venda — Traslado incl. (Cód. 205b)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R$ 1.411,04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R$ 800,94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— de ofício (12ª Nota: sem cobrança)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R$ 81,66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Averbação (Cód. 304d)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R$ 41,14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Honorários — Acompanhamento Cartorário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R$ 300,00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CCIR (Cód. 303b)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CAR (Cód. 303b)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Pos-Registro (Cód. 304d)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R$ 41,66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ITBI — Imposto Municipal (2.0% s/ R$ 67,199.98)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R$ 1.344,00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R$ 4.169,20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REGULARIZAÇÕES — LOTE L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CCIR — LOTE L (serv. + taxa R$0.00)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ITR — LOTE L (serv. + decl./taxa R$0.00)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R$ 300,00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CAR Elaboração — LOTE L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R$ 500,00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REGULARIZAÇÕES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R$ 1.100,00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GEORREFERENCIAMENTO — LOTE L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Levantamento topográfico — 4.0656 ha × R$ 500/ha (mín. R$ 3500)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R$ 3.500,00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ARTs — Anotação de Responsabilidade Técnica (×1)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R$ 200,00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GEORREFERENCIAMENTO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R$ 3.700,00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R$ 8.969,20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R$ 8.969,20</w:t>
            </w:r>
          </w:p>
        </w:tc>
      </w:tr>
    </w:tbl>
    <w:p>
      <w:r>
        <w:br w:type="page"/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13: LOTE M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LOTE M (4.0656 ha / R$ 67,199.98)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Compra e Venda — Traslado incl. (Cód. 205b)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R$ 1.411,04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R$ 800,94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— de ofício (12ª Nota: sem cobrança)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R$ 81,66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Averbação (Cód. 304d)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R$ 41,14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Honorários — Acompanhamento Cartorário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R$ 300,00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CCIR (Cód. 303b)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CAR (Cód. 303b)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Pos-Registro (Cód. 304d)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R$ 41,66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ITBI — Imposto Municipal (2.0% s/ R$ 67,199.98)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R$ 1.344,00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R$ 4.169,20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REGULARIZAÇÕES — LOTE M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CCIR — LOTE M (serv. + taxa R$0.00)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ITR — LOTE M (serv. + decl./taxa R$0.00)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R$ 300,00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REGULARIZAÇÕES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R$ 600,00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GEORREFERENCIAMENTO — LOTE M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Levantamento topográfico — 4.0656 ha × R$ 500/ha (mín. R$ 3500)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R$ 3.500,00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ARTs — Anotação de Responsabilidade Técnica (×1)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R$ 200,00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GEORREFERENCIAMENTO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R$ 3.700,00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R$ 8.469,20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R$ 8.469,20</w:t>
            </w:r>
          </w:p>
        </w:tc>
      </w:tr>
    </w:tbl>
    <w:p>
      <w:r>
        <w:br w:type="page"/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14: LOTE N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LOTE N (4.0656 ha / R$ 67,199.98)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Compra e Venda — Traslado incl. (Cód. 205b)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R$ 1.411,04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R$ 800,94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— de ofício (12ª Nota: sem cobrança)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R$ 81,66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Averbação (Cód. 304d)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R$ 41,14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Honorários — Acompanhamento Cartorário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R$ 300,00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CCIR (Cód. 303b)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CAR (Cód. 303b)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Pos-Registro (Cód. 304d)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R$ 41,66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ITBI — Imposto Municipal (2.0% s/ R$ 67,199.98)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R$ 1.344,00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R$ 4.169,20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REGULARIZAÇÕES — LOTE N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CCIR — LOTE N (serv. + taxa R$0.00)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ITR — LOTE N (serv. + decl./taxa R$0.00)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R$ 300,00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CAR Elaboração — LOTE N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R$ 500,00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REGULARIZAÇÕES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R$ 1.100,00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GEORREFERENCIAMENTO — LOTE N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Levantamento topográfico — 4.0656 ha × R$ 500/ha (mín. R$ 3500)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R$ 3.500,00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ARTs — Anotação de Responsabilidade Técnica (×1)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R$ 200,00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GEORREFERENCIAMENTO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R$ 3.700,00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R$ 8.969,20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R$ 8.969,20</w:t>
            </w:r>
          </w:p>
        </w:tc>
      </w:tr>
    </w:tbl>
    <w:p>
      <w:r>
        <w:br w:type="page"/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15: LOTE O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LOTE O (4.0656 ha / R$ 67,199.98)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Compra e Venda — Traslado incl. (Cód. 205b)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R$ 1.411,04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R$ 800,94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— de ofício (12ª Nota: sem cobrança)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R$ 81,66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Averbação (Cód. 304d)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R$ 41,14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Honorários — Acompanhamento Cartorário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R$ 300,00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CCIR (Cód. 303b)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CAR (Cód. 303b)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Pos-Registro (Cód. 304d)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R$ 41,66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ITBI — Imposto Municipal (2.0% s/ R$ 67,199.98)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R$ 1.344,00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R$ 4.169,20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REGULARIZAÇÕES — LOTE O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CCIR — LOTE O (serv. + taxa R$0.00)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ITR — LOTE O (serv. + decl./taxa R$0.00)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R$ 300,00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CAR Elaboração — LOTE O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R$ 500,00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REGULARIZAÇÕES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R$ 1.100,00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GEORREFERENCIAMENTO — LOTE O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Levantamento topográfico — 4.0656 ha × R$ 500/ha (mín. R$ 3500)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R$ 3.500,00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ARTs — Anotação de Responsabilidade Técnica (×1)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R$ 200,00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GEORREFERENCIAMENTO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R$ 3.700,00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R$ 8.969,20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R$ 8.969,20</w:t>
            </w:r>
          </w:p>
        </w:tc>
      </w:tr>
    </w:tbl>
    <w:p>
      <w:r>
        <w:br w:type="page"/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16: LOTE P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LOTE P (4.0656 ha / R$ 67,199.98)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Compra e Venda — Traslado incl. (Cód. 205b)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R$ 1.411,04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R$ 800,94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— de ofício (12ª Nota: sem cobrança)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R$ 81,66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Averbação (Cód. 304d)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R$ 41,14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Honorários — Acompanhamento Cartorário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R$ 300,00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CCIR (Cód. 303b)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CAR (Cód. 303b)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Pos-Registro (Cód. 304d)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R$ 41,66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ITBI — Imposto Municipal (2.0% s/ R$ 67,199.98)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R$ 1.344,00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R$ 4.169,20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REGULARIZAÇÕES — LOTE P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CCIR — LOTE P (serv. + taxa R$0.00)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ITR — LOTE P (serv. + decl./taxa R$0.00)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R$ 300,00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CAR Elaboração — LOTE P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R$ 500,00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REGULARIZAÇÕES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R$ 1.100,00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GEORREFERENCIAMENTO — LOTE P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Levantamento topográfico — 4.0656 ha × R$ 500/ha (mín. R$ 3500)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R$ 3.500,00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ARTs — Anotação de Responsabilidade Técnica (×1)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R$ 200,00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GEORREFERENCIAMENTO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R$ 3.700,00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R$ 8.969,20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R$ 8.969,20</w:t>
            </w:r>
          </w:p>
        </w:tc>
      </w:tr>
    </w:tbl>
    <w:p>
      <w:r>
        <w:br w:type="page"/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17: LOTE Q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LOTE Q (4.0656 ha / R$ 67,199.98)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Compra e Venda — Traslado incl. (Cód. 205b)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R$ 1.411,04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R$ 800,94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— de ofício (12ª Nota: sem cobrança)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R$ 81,66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Averbação (Cód. 304d)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R$ 41,14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Honorários — Acompanhamento Cartorário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R$ 300,00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CCIR (Cód. 303b)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CAR (Cód. 303b)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Pos-Registro (Cód. 304d)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R$ 41,66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ITBI — Imposto Municipal (2.0% s/ R$ 67,199.98)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R$ 1.344,00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R$ 4.169,20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REGULARIZAÇÕES — LOTE Q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CCIR — LOTE Q (serv. + taxa R$0.00)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ITR — LOTE Q (serv. + decl./taxa R$0.00)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R$ 300,00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CAR Elaboração — LOTE Q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R$ 500,00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REGULARIZAÇÕES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R$ 1.100,00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GEORREFERENCIAMENTO — LOTE Q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Levantamento topográfico — 4.0656 ha × R$ 500/ha (mín. R$ 3500)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R$ 3.500,00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ARTs — Anotação de Responsabilidade Técnica (×1)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R$ 200,00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GEORREFERENCIAMENTO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R$ 3.700,00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R$ 8.969,20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R$ 8.969,20</w:t>
            </w:r>
          </w:p>
        </w:tc>
      </w:tr>
    </w:tbl>
    <w:p>
      <w:r>
        <w:br w:type="page"/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18: LOTE R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LOTE R (4.0656 ha / R$ 67,199.98)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Compra e Venda — Traslado incl. (Cód. 205b)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R$ 1.411,04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R$ 800,94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— de ofício (12ª Nota: sem cobrança)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R$ 81,66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Averbação (Cód. 304d)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R$ 41,14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Honorários — Acompanhamento Cartorário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R$ 300,00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CCIR (Cód. 303b)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CAR (Cód. 303b)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Pos-Registro (Cód. 304d)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R$ 41,66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ITBI — Imposto Municipal (2.0% s/ R$ 67,199.98)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R$ 1.344,00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R$ 4.169,20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REGULARIZAÇÕES — LOTE R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CCIR — LOTE R (serv. + taxa R$0.00)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ITR — LOTE R (serv. + decl./taxa R$0.00)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R$ 300,00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REGULARIZAÇÕES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R$ 600,00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GEORREFERENCIAMENTO — LOTE R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Levantamento topográfico — 4.0656 ha × R$ 500/ha (mín. R$ 3500)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R$ 3.500,00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ARTs — Anotação de Responsabilidade Técnica (×1)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R$ 200,00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GEORREFERENCIAMENTO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R$ 3.700,00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R$ 8.469,20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R$ 8.469,20</w:t>
            </w:r>
          </w:p>
        </w:tc>
      </w:tr>
    </w:tbl>
    <w:p>
      <w:r>
        <w:br w:type="page"/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19: LOTE S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LOTE S (4.0656 ha / R$ 67,199.98)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Compra e Venda — Traslado incl. (Cód. 205b)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R$ 1.411,04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R$ 800,94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— de ofício (12ª Nota: sem cobrança)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R$ 81,66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Averbação (Cód. 304d)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R$ 41,14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Honorários — Acompanhamento Cartorário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R$ 300,00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CCIR (Cód. 303b)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CAR (Cód. 303b)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Pos-Registro (Cód. 304d)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R$ 41,66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ITBI — Imposto Municipal (2.0% s/ R$ 67,199.98)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R$ 1.344,00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R$ 4.169,20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REGULARIZAÇÕES — LOTE S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CCIR — LOTE S (serv. + taxa R$0.00)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ITR — LOTE S (serv. + decl./taxa R$0.00)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R$ 300,00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CAR Elaboração — LOTE S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R$ 500,00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REGULARIZAÇÕES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R$ 1.100,00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GEORREFERENCIAMENTO — LOTE S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Levantamento topográfico — 4.0656 ha × R$ 500/ha (mín. R$ 3500)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R$ 3.500,00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ARTs — Anotação de Responsabilidade Técnica (×1)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R$ 200,00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GEORREFERENCIAMENTO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R$ 3.700,00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R$ 8.969,20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R$ 8.969,20</w:t>
            </w:r>
          </w:p>
        </w:tc>
      </w:tr>
    </w:tbl>
    <w:p>
      <w:r>
        <w:br w:type="page"/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20: LOTE T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LOTE T (4.0656 ha / R$ 67,199.98)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Compra e Venda — Traslado incl. (Cód. 205b)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R$ 1.411,04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R$ 800,94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— de ofício (12ª Nota: sem cobrança)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R$ 81,66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Averbação (Cód. 304d)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R$ 41,14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Honorários — Acompanhamento Cartorário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R$ 300,00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CCIR (Cód. 303b)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CAR (Cód. 303b)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Pos-Registro (Cód. 304d)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R$ 41,66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ITBI — Imposto Municipal (2.0% s/ R$ 67,199.98)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R$ 1.344,00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R$ 4.169,20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REGULARIZAÇÕES — LOTE T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CCIR — LOTE T (serv. + taxa R$0.00)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ITR — LOTE T (serv. + decl./taxa R$0.00)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R$ 300,00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CAR Elaboração — LOTE T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R$ 500,00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REGULARIZAÇÕES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R$ 1.100,00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GEORREFERENCIAMENTO — LOTE T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Levantamento topográfico — 4.0656 ha × R$ 500/ha (mín. R$ 3500)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R$ 3.500,00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ARTs — Anotação de Responsabilidade Técnica (×1)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R$ 200,00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GEORREFERENCIAMENTO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R$ 3.700,00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R$ 8.969,20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R$ 8.969,20</w:t>
            </w:r>
          </w:p>
        </w:tc>
      </w:tr>
    </w:tbl>
    <w:p>
      <w:r>
        <w:br w:type="page"/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21: LOTE U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LOTE U (4.0656 ha / R$ 67,199.98)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Compra e Venda — Traslado incl. (Cód. 205b)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R$ 1.411,04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R$ 800,94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— de ofício (12ª Nota: sem cobrança)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R$ 81,66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Averbação (Cód. 304d)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R$ 41,14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Honorários — Acompanhamento Cartorário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R$ 300,00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CCIR (Cód. 303b)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CAR (Cód. 303b)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Pos-Registro (Cód. 304d)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R$ 41,66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ITBI — Imposto Municipal (2.0% s/ R$ 67,199.98)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R$ 1.344,00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R$ 4.169,20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REGULARIZAÇÕES — LOTE U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CCIR — LOTE U (serv. + taxa R$0.00)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ITR — LOTE U (serv. + decl./taxa R$0.00)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R$ 300,00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CAR Elaboração — LOTE U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R$ 500,00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REGULARIZAÇÕES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R$ 1.100,00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GEORREFERENCIAMENTO — LOTE U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Levantamento topográfico — 4.0656 ha × R$ 500/ha (mín. R$ 3500)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R$ 3.500,00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ARTs — Anotação de Responsabilidade Técnica (×1)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R$ 200,00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GEORREFERENCIAMENTO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R$ 3.700,00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R$ 8.969,20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R$ 8.969,20</w:t>
            </w:r>
          </w:p>
        </w:tc>
      </w:tr>
    </w:tbl>
    <w:p>
      <w:r>
        <w:br w:type="page"/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22: LOTE V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LOTE V (4.0656 ha / R$ 67,199.98)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Compra e Venda — Traslado incl. (Cód. 205b)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R$ 1.411,04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R$ 800,94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— de ofício (12ª Nota: sem cobrança)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R$ 81,66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Averbação (Cód. 304d)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R$ 41,14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Honorários — Acompanhamento Cartorário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R$ 300,00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CCIR (Cód. 303b)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CAR (Cód. 303b)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Pos-Registro (Cód. 304d)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R$ 41,66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ITBI — Imposto Municipal (2.0% s/ R$ 67,199.98)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R$ 1.344,00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R$ 4.169,20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REGULARIZAÇÕES — LOTE V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CCIR — LOTE V (serv. + taxa R$0.00)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ITR — LOTE V (serv. + decl./taxa R$0.00)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R$ 300,00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CAR Elaboração — LOTE V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R$ 500,00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REGULARIZAÇÕES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R$ 1.100,00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GEORREFERENCIAMENTO — LOTE V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Levantamento topográfico — 4.0656 ha × R$ 500/ha (mín. R$ 3500)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R$ 3.500,00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ARTs — Anotação de Responsabilidade Técnica (×1)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R$ 200,00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GEORREFERENCIAMENTO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R$ 3.700,00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R$ 8.969,20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R$ 8.969,20</w:t>
            </w:r>
          </w:p>
        </w:tc>
      </w:tr>
    </w:tbl>
    <w:p>
      <w:r>
        <w:br w:type="page"/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23: LOTE X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LOTE X (4.0656 ha / R$ 67,199.98)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Compra e Venda — Traslado incl. (Cód. 205b)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R$ 1.411,04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R$ 800,94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— de ofício (12ª Nota: sem cobrança)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R$ 81,66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Averbação (Cód. 304d)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R$ 41,14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Honorários — Acompanhamento Cartorário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R$ 300,00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CCIR (Cód. 303b)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CAR (Cód. 303b)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Pos-Registro (Cód. 304d)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R$ 41,66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ITBI — Imposto Municipal (2.0% s/ R$ 67,199.98)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R$ 1.344,00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R$ 4.169,20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REGULARIZAÇÕES — LOTE X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CCIR — LOTE X (serv. + taxa R$0.00)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ITR — LOTE X (serv. + decl./taxa R$0.00)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R$ 300,00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CAR Elaboração — LOTE X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R$ 500,00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REGULARIZAÇÕES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R$ 1.100,00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GEORREFERENCIAMENTO — LOTE X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Levantamento topográfico — 4.0656 ha × R$ 500/ha (mín. R$ 3500)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R$ 3.500,00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ARTs — Anotação de Responsabilidade Técnica (×1)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R$ 200,00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GEORREFERENCIAMENTO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R$ 3.700,00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R$ 8.969,20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R$ 8.969,20</w:t>
            </w:r>
          </w:p>
        </w:tc>
      </w:tr>
    </w:tbl>
    <w:p>
      <w:r>
        <w:br w:type="page"/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24: LOTE Z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LOTE Z (4.0656 ha / R$ 67,199.98)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Compra e Venda — Traslado incl. (Cód. 205b)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R$ 1.411,04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R$ 800,94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— de ofício (12ª Nota: sem cobrança)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R$ 81,66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Averbação (Cód. 304d)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R$ 41,14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Honorários — Acompanhamento Cartorário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R$ 300,00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CCIR (Cód. 303b)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CAR (Cód. 303b)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Pos-Registro (Cód. 304d)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R$ 41,66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ITBI — Imposto Municipal (2.0% s/ R$ 67,199.98)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R$ 1.344,00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R$ 4.169,20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REGULARIZAÇÕES — LOTE Z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CCIR — LOTE Z (serv. + taxa R$0.00)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ITR — LOTE Z (serv. + decl./taxa R$0.00)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R$ 300,00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CAR Elaboração — LOTE Z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R$ 500,00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REGULARIZAÇÕES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R$ 1.100,00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GEORREFERENCIAMENTO — LOTE Z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Levantamento topográfico — 4.0656 ha × R$ 500/ha (mín. R$ 3500)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R$ 3.500,00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ARTs — Anotação de Responsabilidade Técnica (×1)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R$ 200,00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GEORREFERENCIAMENTO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R$ 3.700,00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R$ 8.969,20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R$ 8.969,20</w:t>
            </w:r>
          </w:p>
        </w:tc>
      </w:tr>
    </w:tbl>
    <w:p>
      <w:r>
        <w:br w:type="page"/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25: LOTE W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LOTE W (4.0656 ha / R$ 67,199.98)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Compra e Venda — Traslado incl. (Cód. 205b)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R$ 1.411,04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R$ 800,94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— de ofício (12ª Nota: sem cobrança)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R$ 81,66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Averbação (Cód. 304d)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R$ 41,14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Honorários — Acompanhamento Cartorário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R$ 300,00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CCIR (Cód. 303b)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CAR (Cód. 303b)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Pos-Registro (Cód. 304d)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R$ 41,66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ITBI — Imposto Municipal (2.0% s/ R$ 67,199.98)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R$ 1.344,00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R$ 4.169,20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REGULARIZAÇÕES — LOTE W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CCIR — LOTE W (serv. + taxa R$0.00)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ITR — LOTE W (serv. + decl./taxa R$0.00)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R$ 300,00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CAR Elaboração — LOTE W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R$ 500,00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REGULARIZAÇÕES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R$ 1.100,00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GEORREFERENCIAMENTO — LOTE W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Levantamento topográfico — 4.0656 ha × R$ 500/ha (mín. R$ 3500)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R$ 3.500,00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ARTs — Anotação de Responsabilidade Técnica (×1)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R$ 200,00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GEORREFERENCIAMENTO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R$ 3.700,00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R$ 8.969,20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R$ 8.969,20</w:t>
            </w:r>
          </w:p>
        </w:tc>
      </w:tr>
    </w:tbl>
    <w:p>
      <w:r>
        <w:br w:type="page"/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26: LOTE Y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LOTE Y (4.0656 ha / R$ 67,199.98)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Compra e Venda — Traslado incl. (Cód. 205b)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R$ 1.411,04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R$ 800,94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— de ofício (12ª Nota: sem cobrança)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R$ 81,66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Averbação (Cód. 304d)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R$ 41,14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Honorários — Acompanhamento Cartorário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R$ 300,00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CCIR (Cód. 303b)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CAR (Cód. 303b)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Pos-Registro (Cód. 304d)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R$ 41,66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ITBI — Imposto Municipal (2.0% s/ R$ 67,199.98)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R$ 1.344,00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R$ 4.169,20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REGULARIZAÇÕES — LOTE Y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CCIR — LOTE Y (serv. + taxa R$0.00)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ITR — LOTE Y (serv. + decl./taxa R$0.00)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R$ 300,00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CAR Elaboração — LOTE Y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R$ 500,00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REGULARIZAÇÕES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R$ 1.100,00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GEORREFERENCIAMENTO — LOTE Y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Levantamento topográfico — 4.0656 ha × R$ 500/ha (mín. R$ 3500)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R$ 3.500,00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ARTs — Anotação de Responsabilidade Técnica (×1)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R$ 200,00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GEORREFERENCIAMENTO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R$ 3.700,00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R$ 8.969,20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R$ 8.969,20</w:t>
            </w:r>
          </w:p>
        </w:tc>
      </w:tr>
    </w:tbl>
    <w:p>
      <w:pPr>
        <w:spacing w:after="80"/>
      </w:pPr>
    </w:p>
    <w:p>
      <w:pPr>
        <w:spacing w:before="120"/>
      </w:pPr>
    </w:p>
    <w:p>
      <w:pPr>
        <w:spacing w:before="0" w:after="0"/>
        <w:pBdr>
          <w:bottom w:val="single" w:sz="12" w:color="2E5B42"/>
        </w:pBdr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VALOR TOTAL DA PROPOSTA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R$ 226.700,68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before="160" w:after="40"/>
      </w:pPr>
      <w:r>
        <w:rPr>
          <w:rFonts w:ascii="Arial" w:hAnsi="Arial"/>
          <w:b/>
          <w:color w:val="2E5B42"/>
          <w:sz w:val="18"/>
        </w:rPr>
        <w:t>OBSERVACOES</w:t>
      </w:r>
    </w:p>
    <w:p>
      <w:pPr>
        <w:spacing w:before="0" w:after="0"/>
        <w:pBdr>
          <w:bottom w:val="single" w:sz="4" w:color="F58220"/>
        </w:pBdr>
      </w:pP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Emolumentos cartorarios fixados pelo Provimento TJRO no 36/2025 (vigencia 01/01/2026).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Validade desta proposta: até 05/09/2026.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Valores sujeitos a atualizacao conforme tabela vigente.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Deslocamento para municipios fora da regiao nao incluso neste orcamento.</w:t>
      </w:r>
    </w:p>
    <w:p>
      <w:pPr>
        <w:spacing w:before="24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1984"/>
        <w:gridCol w:w="5386"/>
        <w:gridCol w:w="1984"/>
      </w:tblGrid>
      <w:tr>
        <w:tc>
          <w:tcPr>
            <w:tcW w:type="dxa" w:w="3118"/>
          </w:tcPr>
          <w:p/>
        </w:tc>
        <w:tc>
          <w:tcPr>
            <w:tcW w:type="dxa" w:w="3118"/>
          </w:tcPr>
          <w:p/>
          <w:tbl>
            <w:tblPr>
              <w:tblStyle w:val="TableGrid"/>
              <w:tblW w:type="auto" w:w="0"/>
              <w:tblLook w:firstColumn="1" w:firstRow="1" w:lastColumn="0" w:lastRow="0" w:noHBand="0" w:noVBand="1" w:val="04A0"/>
            </w:tblPr>
            <w:tblGrid>
              <w:gridCol w:w="3118"/>
            </w:tblGrid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Isaac Almeida Lacerda</w:t>
                  </w:r>
                </w:p>
              </w:tc>
            </w:tr>
            <w:tr>
              <w:tc>
                <w:tcPr>
                  <w:tcW w:type="dxa" w:w="3118"/>
                  <w:shd w:val="clear" w:color="auto" w:fill="F4F9F4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 w:val="0"/>
                      <w:sz w:val="16"/>
                    </w:rPr>
                    <w:t>CREA-RO 27.993-D   |   AT-RO 0316/2021</w:t>
                  </w:r>
                </w:p>
              </w:tc>
            </w:tr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JACUTINGA TOPOGRAFIA</w:t>
                  </w:r>
                </w:p>
              </w:tc>
            </w:tr>
          </w:tbl>
          <w:p/>
        </w:tc>
        <w:tc>
          <w:tcPr>
            <w:tcW w:type="dxa" w:w="3118"/>
          </w:tcPr>
          <w:p/>
        </w:tc>
      </w:tr>
    </w:tbl>
    <w:p>
      <w:pPr>
        <w:spacing w:before="0" w:after="120"/>
      </w:pPr>
      <w:r>
        <w:rPr>
          <w:sz w:val="2"/>
        </w:rPr>
      </w:r>
    </w:p>
    <w:p>
      <w:pPr>
        <w:spacing w:before="0" w:after="0"/>
        <w:pBdr>
          <w:bottom w:val="single" w:sz="8" w:color="2E5B42"/>
        </w:pBdr>
      </w:pPr>
    </w:p>
    <w:p>
      <w:pPr>
        <w:jc w:val="center"/>
      </w:pPr>
      <w:r>
        <w:rPr>
          <w:rFonts w:ascii="Arial" w:hAnsi="Arial"/>
          <w:color w:val="2E5B42"/>
          <w:sz w:val="16"/>
        </w:rPr>
        <w:t>JACUTINGA TOPOGRAFIA  —  (69) 99602-3191  —  jacutingatopografia@gmail.com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417" w:right="1134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p>
    <w:pPr>
      <w:spacing w:before="0" w:after="0"/>
      <w:pBdr>
        <w:bottom w:val="single" w:sz="6" w:color="2E5B42"/>
      </w:pBdr>
    </w:pPr>
  </w:p>
  <w:p>
    <w:pPr>
      <w:spacing w:before="40"/>
      <w:jc w:val="center"/>
    </w:pPr>
    <w:r>
      <w:rPr>
        <w:rFonts w:ascii="Arial" w:hAnsi="Arial"/>
        <w:color w:val="2E5B42"/>
        <w:sz w:val="16"/>
      </w:rPr>
      <w:t>JACUTINGA TOPOGRAFIA   |   (69) 99602-3191   |   jacutingatopografia@gmail.com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4819"/>
      <w:gridCol w:w="4535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217870" cy="468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17870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1356279" cy="432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56279" cy="432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/>
      <w:pBdr>
        <w:bottom w:val="single" w:sz="10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