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CICERO SOARES DA SILVA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51, GLEBA 10, S.T. IPOCYSSARA,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— SNCR/INCRA (serviço R$ 350.00 + 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— Receita Federal (serviço R$ 350.00 + decl./taxa/imposto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selecione Elaboração e/ou Retificação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R$ 700,00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— SNCR/INCRA (serviço R$ 350.00 + 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— Receita Federal (serviço R$ 350.00 + decl./taxa/imposto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selecione Elaboração e/ou Retificação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R$ 700,00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