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CICERO SOARES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51, GLEBA 10, S.T. IPOCYSSARA, P.F.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selecione Elaboração e/ou Retificação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— selecione Elaboração e/ou Retificação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R$ 700,00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