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emilio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21B GLEBA 08,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