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emilio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21B GLEBA 08,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— Receita Federal (serviço R$ 350,00 + decl./taxa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