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05 GLEBA 09 P.I.C. IPOCYSSARA - 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