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charles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05 GLEBA 09 P.I.C. IPOCYSSARA - Charles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R$ 350.00 + 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R$ 350.00 + taxa/imposto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