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JUCELIO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95A GLEBA 08, SETOR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(70.2319 ha / R$ 689,774.18)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R$ 1.899,54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R$ 2.171,10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R$ 2.171,10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R$ 2.171,10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95A-01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95A-01 (45.5386 ha / R$ 354,109.52)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R$ 6.033,92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R$ 3.461,02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(45.5386/70.2319 ha = 64.8% de R$ 2,171.10)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R$ 1.407,75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R$ 3.283,30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R$ 14.527,65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45.5386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R$ 9.107,72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R$ 9.307,72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R$ 25.135,37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R$ 25.135,37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95A-02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95A-02 (24.6933 ha / R$ 192,015.84)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R$ 3.891,61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(24.6933/70.2319 ha = 35.2% de R$ 2,171.10)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R$ 763,35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R$ 2.076,48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R$ 9.298,08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95A-02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95A-02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95A-02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24.6933 ha × R$ 300/ha (mín. R$ 4000)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R$ 7.407,99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R$ 7.607,99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R$ 18.206,07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R$ 18.206,07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R$ 43.341,44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(70.2319 ha / R$ 689,774.18)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R$ 1.899,54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R$ 2.171,10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R$ 2.171,10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R$ 2.171,10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95A-01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95A-01 (45.5386 ha / R$ 354,109.52)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R$ 3.461,02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R$ 862,19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(45.5386/70.2319 ha = 64.8% de R$ 2,171.10)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R$ 1.407,75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R$ 2.282,81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R$ 11.054,38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45.5386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R$ 9.107,72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R$ 9.307,72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R$ 21.662,10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R$ 21.662,10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95A-02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95A-02 (24.6933 ha / R$ 192,015.84)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(24.6933/70.2319 ha = 35.2% de R$ 2,171.10)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R$ 763,35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R$ 1.607,98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R$ 7.883,73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95A-02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95A-02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95A-02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95A-02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95A-02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24.6933 ha × R$ 300/ha (mín. R$ 4000)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R$ 7.407,99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R$ 7.607,99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R$ 16.791,72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R$ 16.791,72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R$ 38.453,82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