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ORC-2026-005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JOAO DA SILVA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SITIO SAO JOSE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2.00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R$ 8.000,00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(×2)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(2.00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R$ 11.600,00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R$ 11.600,00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2.00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R$ 8.000,00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(×2)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(2.00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R$ 11.600,00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R$ 11.600,00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09/06/2026.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