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JOSELINDO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51A GLEBA 05,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Ministro Andreazza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(31.0552 ha / R$ 305,004.92)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R$ 1.227,14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R$ 1.227,14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51A-1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51A-1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(4.8400/31.0552 ha = 15.6%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R$ 191,25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R$ 489,75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R$ 2.613,51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SERVIÇOS DE TOPOGRAFIA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DIVISAS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SERVIÇOS DE TOPOGRAFIA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R$ 8.613,51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R$ 8.613,51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51A-2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51A-2 (7.2600 ha / R$ 71,303.22)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(7.2600/31.0552 ha = 23.4%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R$ 286,88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R$ 769,24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R$ 3.920,27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51A-2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51A-2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51A-2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7.2600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R$ 3.630,00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R$ 330,00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R$ 9.050,27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R$ 9.050,27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51A-3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51A-3 (18.9552 ha / R$ 186,166.22)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R$ 3.891,61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R$ 2.224,98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(18.9552/31.0552 ha = 61.0%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R$ 749,01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R$ 2.215,62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R$ 9.422,88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51A-3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51A-3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51A-3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51A-3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R$ 10.722,88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R$ 29.083,80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(31.0552 ha / R$ 305,004.92)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R$ 1.227,14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R$ 1.227,14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51A-1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51A-1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(4.8400/31.0552 ha = 15.6%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R$ 191,25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R$ 883,83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R$ 4.937,00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SERVIÇOS DE TOPOGRAFIA — LOTE 51A-1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DIVISAS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SERVIÇOS DE TOPOGRAFIA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R$ 10.937,00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R$ 10.937,00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51A-2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51A-2 (7.2600 ha / R$ 71,303.22)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(7.2600/31.0552 ha = 23.4%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R$ 286,88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R$ 985,73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R$ 5.474,20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51A-2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51A-2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51A-2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7.2600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R$ 3.630,00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R$ 330,00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R$ 10.604,20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R$ 10.604,20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51A-3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51A-3 (18.9552 ha / R$ 186,166.22)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R$ 2.224,98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(18.9552/31.0552 ha = 61.0% de R$ 1,227.14)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R$ 749,01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R$ 1.747,12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R$ 8.008,53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51A-3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51A-3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51A-3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51A-3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R$ 9.308,53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R$ 9.308,53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R$ 31.546,87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