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NILSON JOSÉ RODRIGUES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08, GLEBA 01, S.T. ROOSEVELT,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Pimenta Bueno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R$ 955,58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R$ 1.227,14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R$ 317,333.50 (96.7147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R$ 5.554,72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R$ 317,333.50)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R$ 6.346,67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R$ 15.966,31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96.71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R$ 19.342,94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R$ 19.542,94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R$ 36.736,39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R$ 955,58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R$ 1.227,14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R$ 317,333.50 (96.7147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R$ 2.306,30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R$ 1.108,56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R$ 317,333.50)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R$ 6.346,67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R$ 13.708,68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96.71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R$ 19.342,94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R$ 19.542,94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R$ 34.478,76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02/10/2026.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