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ORC-2026-060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VALDOMIRO VELOSO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07, GLEBA 01, S.T. ROOSEVELT, P.F. CORUMBIARA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Pimenta Bueno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COMPRA E VENDA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impostos: R$ 958,374.97 (96.7860 ha)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R$ 958,374.97)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R$ 41.688,18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ESCRITURA DE DOAÇÃO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do ITCMD: R$ 0.00 (96.7860 ha)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(s/ R$ 0.00)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R$ 1.183,38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COMPRA E VENDA — VALOR TOTAL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R$ 41.688,18</w:t>
            </w:r>
          </w:p>
        </w:tc>
      </w:tr>
    </w:tbl>
    <w:p>
      <w:pPr>
        <w:spacing w:before="8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DOAÇÃO — VALOR TOTAL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R$ 1.183,38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COMPRA E VENDA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impostos: R$ 958,374.97 (96.7860 ha)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(lavratura por procuração)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R$ 958,374.97)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R$ 32.002,30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ESCRITURA DE DOAÇÃO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do ITCMD: R$ 0.00 (96.7860 ha)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(s/ R$ 0.00)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R$ 4.121,81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COMPRA E VENDA — VALOR TOTAL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R$ 32.002,30</w:t>
            </w:r>
          </w:p>
        </w:tc>
      </w:tr>
    </w:tbl>
    <w:p>
      <w:pPr>
        <w:spacing w:before="8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DOAÇÃO — VALOR TOTAL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R$ 4.121,81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