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JOAO DA SILVA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SITIO SAO JOSE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1.90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(2.00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R$ 11.200,00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R$ 12.560,00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1.90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(2.00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R$ 11.200,00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R$ 12.560,00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