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VALDOMIRO VELOSO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07, GLEBA 01, S.T. ROOSEVELT,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Pimenta Bueno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R$ 2.373,73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R$ 604,912.50 (96.7860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R$ 604,912.50)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R$ 31.497,77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R$ 604,912.50 (96.7860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 (s/ R$ 604,912.50)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R$ 19.699,52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96.79 ha × R$ 200/ha (mín. R$ 4500) × 1.00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R$ 19.557,20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R$ 14.557,20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R$ 5.000,00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COMPRA E VENDA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R$ 38.871,50</w:t>
            </w:r>
          </w:p>
        </w:tc>
      </w:tr>
    </w:tbl>
    <w:p>
      <w:pPr>
        <w:spacing w:before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DOAÇÃO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R$ 27.073,25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R$ 2.373,73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R$ 604,912.50 (96.7860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R$ 604,912.50)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R$ 23.827,77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R$ 604,912.50 (96.7860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 (s/ R$ 604,912.50)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R$ 12.029,52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96.79 ha × R$ 200/ha (mín. R$ 4500) × 1.00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R$ 19.557,20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R$ 14.557,20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R$ 5.000,00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COMPRA E VENDA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R$ 31.201,50</w:t>
            </w:r>
          </w:p>
        </w:tc>
      </w:tr>
    </w:tbl>
    <w:p>
      <w:pPr>
        <w:spacing w:before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DOAÇÃO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R$ 19.403,25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