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VALDOMIRO VELOSO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07, GLEBA 01, S.T. ROOSEVELT,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Pimenta Bueno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R$ 1.706,55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R$ 395,62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R$ 2.373,73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R$ 604,912.50 (96.7860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R$ 9.923,95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R$ 5.684,85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R$ 3.233,25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R$ 604,912.50)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R$ 12.098,25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R$ 31.497,77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R$ 604,912.50 (96.7860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R$ 9.923,95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R$ 5.684,85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R$ 3.233,25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R$ 604,912.50)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R$ 19.699,52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96.79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R$ 4.800,00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R$ 19.557,20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R$ 14.557,20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R$ 38.871,50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R$ 27.073,25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R$ 1.706,55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R$ 395,62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R$ 2.373,73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R$ 604,912.50 (96.7860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R$ 2.490,81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R$ 5.684,85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R$ 2.788,25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R$ 604,912.50)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R$ 12.098,25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R$ 23.827,77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R$ 604,912.50 (96.7860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R$ 2.490,81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R$ 5.684,85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R$ 2.788,25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R$ 604,912.50)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R$ 12.029,52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96.79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R$ 4.800,00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R$ 19.557,20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R$ 14.557,20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COMPRA E VENDA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R$ 31.201,50</w:t>
            </w:r>
          </w:p>
        </w:tc>
      </w:tr>
    </w:tbl>
    <w:p>
      <w:pPr>
        <w:spacing w:before="8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DOAÇÃO — VALOR TOTAL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R$ 19.403,25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