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ORC-2026-063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NILSON JOSÉ RODRIGUES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08, GLEBA 01, S.T. ROOSEVELT, P.F. CORUMBIARA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Pimenta Bueno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R$ 1.706,55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R$ 395,62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R$ 2.373,73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COMPRA E VENDA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impostos: R$ 604,466.88 (96.7147 ha)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R$ 9.923,95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R$ 5.684,85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R$ 148,76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R$ 3.233,25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R$ 604,466.88)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R$ 12.089,34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R$ 31.488,86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3.  ESCRITURA DE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do ITCMD: R$ 604,466.88 (96.7147 ha)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R$ 9.923,95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R$ 5.684,85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R$ 148,76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R$ 3.233,25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 (s/ R$ 604,466.88)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R$ 19.699,52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4.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96.71 ha × R$ 200/ha (mín. R$ 4500) × 1.00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R$ 4.800,00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Valor Bruto dos Serviços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R$ 19.542,94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DESCONTO CONCEDIDO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- R$ 14.742,94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VALOR LÍQUIDO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R$ 4.800,00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COMPRA E VENDA — VALOR TOTAL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R$ 38.662,59</w:t>
            </w:r>
          </w:p>
        </w:tc>
      </w:tr>
    </w:tbl>
    <w:p>
      <w:pPr>
        <w:spacing w:before="8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DOAÇÃO — VALOR TOTAL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R$ 26.873,25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R$ 1.706,55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R$ 395,62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R$ 2.373,73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COMPRA E VENDA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impostos: R$ 604,466.88 (96.7147 ha)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(lavratura por procuração)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R$ 2.490,81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R$ 5.684,85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R$ 148,76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R$ 2.788,25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R$ 604,466.88)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R$ 12.089,34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R$ 23.818,86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3.  ESCRITURA DE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do ITCMD: R$ 604,466.88 (96.7147 ha)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R$ 2.490,81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R$ 5.684,85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R$ 148,76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R$ 2.788,25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 (s/ R$ 604,466.88)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R$ 12.029,52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4.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96.71 ha × R$ 200/ha (mín. R$ 4500) × 1.00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R$ 4.800,00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Valor Bruto dos Serviços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R$ 19.542,94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DESCONTO CONCEDIDO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- R$ 14.742,94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VALOR LÍQUIDO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R$ 4.800,00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COMPRA E VENDA — VALOR TOTAL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R$ 30.992,59</w:t>
            </w:r>
          </w:p>
        </w:tc>
      </w:tr>
    </w:tbl>
    <w:p>
      <w:pPr>
        <w:spacing w:before="8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DOAÇÃO — VALOR TOTAL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R$ 19.203,25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